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FE5B" w14:textId="77777777" w:rsidR="00FA3DBC" w:rsidRDefault="00451BCD">
      <w:pPr>
        <w:jc w:val="center"/>
      </w:pPr>
      <w:r>
        <w:rPr>
          <w:b/>
          <w:sz w:val="36"/>
        </w:rPr>
        <w:t>Town Manager’s Report</w:t>
      </w:r>
    </w:p>
    <w:p w14:paraId="0342DA95" w14:textId="77777777" w:rsidR="00FA3DBC" w:rsidRDefault="00451BCD">
      <w:pPr>
        <w:jc w:val="center"/>
      </w:pPr>
      <w:r>
        <w:rPr>
          <w:b/>
          <w:sz w:val="24"/>
        </w:rPr>
        <w:t>August 17, 2026</w:t>
      </w:r>
    </w:p>
    <w:p w14:paraId="36C8315D" w14:textId="77777777" w:rsidR="00FA3DBC" w:rsidRDefault="00451BCD">
      <w:pPr>
        <w:jc w:val="center"/>
      </w:pPr>
      <w:r>
        <w:rPr>
          <w:i/>
          <w:sz w:val="22"/>
        </w:rPr>
        <w:t>Eric Anderson, Town Manager</w:t>
      </w:r>
    </w:p>
    <w:p w14:paraId="391A8F36" w14:textId="77777777" w:rsidR="00FA3DBC" w:rsidRDefault="00451BCD">
      <w:pPr>
        <w:pStyle w:val="Heading1"/>
      </w:pPr>
      <w:r>
        <w:t>Town Hall Administration</w:t>
      </w:r>
    </w:p>
    <w:p w14:paraId="4AF4CD9A" w14:textId="44FF9E24" w:rsidR="00FA3DBC" w:rsidRDefault="00077AA0">
      <w:pPr>
        <w:spacing w:after="100" w:line="252" w:lineRule="auto"/>
      </w:pPr>
      <w:r>
        <w:t>The</w:t>
      </w:r>
      <w:r w:rsidR="00451BCD">
        <w:t xml:space="preserve"> new Assistant Town Clerk, Brianne Noble, </w:t>
      </w:r>
      <w:r>
        <w:t>has started</w:t>
      </w:r>
      <w:r w:rsidR="00451BCD">
        <w:t>.</w:t>
      </w:r>
      <w:r>
        <w:t xml:space="preserve"> Please stop b and introduce yourselves to her</w:t>
      </w:r>
      <w:r w:rsidR="00451BCD">
        <w:t xml:space="preserve"> </w:t>
      </w:r>
    </w:p>
    <w:p w14:paraId="2C80759F" w14:textId="2DFF5974" w:rsidR="00FA3DBC" w:rsidRDefault="00451BCD">
      <w:pPr>
        <w:spacing w:after="100" w:line="252" w:lineRule="auto"/>
      </w:pPr>
      <w:r>
        <w:t>We are advertising for a new Council on Aging Administrative Assistant to replace Aroura, who has given notice.</w:t>
      </w:r>
      <w:r w:rsidR="00077AA0">
        <w:t xml:space="preserve">   Update: we have a candidate that accepted- update at the next meeting</w:t>
      </w:r>
    </w:p>
    <w:p w14:paraId="572D2515" w14:textId="6633DE00" w:rsidR="00FA3DBC" w:rsidRDefault="00077AA0">
      <w:pPr>
        <w:spacing w:after="100" w:line="252" w:lineRule="auto"/>
      </w:pPr>
      <w:r w:rsidRPr="00077AA0">
        <w:t xml:space="preserve">Clear Gov implementation </w:t>
      </w:r>
      <w:proofErr w:type="spellStart"/>
      <w:r w:rsidRPr="00077AA0">
        <w:t>it's</w:t>
      </w:r>
      <w:proofErr w:type="spellEnd"/>
      <w:r w:rsidRPr="00077AA0">
        <w:t xml:space="preserve"> ongoing we have a meeting scheduled for next week</w:t>
      </w:r>
    </w:p>
    <w:p w14:paraId="79F48C0A" w14:textId="5AED23A1" w:rsidR="00FA3DBC" w:rsidRDefault="00451BCD">
      <w:pPr>
        <w:spacing w:after="100" w:line="252" w:lineRule="auto"/>
      </w:pPr>
      <w:r>
        <w:t xml:space="preserve">Work continues on updating the Town’s financial policies and procedures, </w:t>
      </w:r>
      <w:r w:rsidR="00077AA0" w:rsidRPr="00077AA0">
        <w:t>there will be further discussion at the next board of finance meeting.</w:t>
      </w:r>
    </w:p>
    <w:p w14:paraId="4072384E" w14:textId="567CC329" w:rsidR="00FA3DBC" w:rsidRDefault="00451BCD">
      <w:pPr>
        <w:spacing w:after="100" w:line="252" w:lineRule="auto"/>
      </w:pPr>
      <w:r>
        <w:t xml:space="preserve">The sewer warrants are going out this week. </w:t>
      </w:r>
    </w:p>
    <w:p w14:paraId="78E6D43C" w14:textId="685954DC" w:rsidR="00FA3DBC" w:rsidRDefault="00451BCD">
      <w:pPr>
        <w:spacing w:after="100" w:line="252" w:lineRule="auto"/>
      </w:pPr>
      <w:r>
        <w:t xml:space="preserve">I was informed that the Public Works employees held a vote and decided to formally unionize and establish a bargaining unit. The vote was three in favor and two opposed. </w:t>
      </w:r>
      <w:r w:rsidR="00077AA0" w:rsidRPr="00077AA0">
        <w:t xml:space="preserve">After discussion with Tim Zessin we've decided to make the union apply directly to the state for the rights to bargain for the employees. We chose to do this because it was not a universal agreement on the part of the members to seek </w:t>
      </w:r>
      <w:r w:rsidR="00077AA0">
        <w:t>union membership</w:t>
      </w:r>
      <w:r w:rsidR="00077AA0" w:rsidRPr="00077AA0">
        <w:t xml:space="preserve"> </w:t>
      </w:r>
    </w:p>
    <w:p w14:paraId="4A690213" w14:textId="77777777" w:rsidR="00FA3DBC" w:rsidRDefault="00451BCD">
      <w:pPr>
        <w:pStyle w:val="Heading1"/>
      </w:pPr>
      <w:r>
        <w:t>Time and Attendance / Payroll</w:t>
      </w:r>
    </w:p>
    <w:p w14:paraId="43C93DCE" w14:textId="77777777" w:rsidR="00077AA0" w:rsidRDefault="00077AA0" w:rsidP="00077AA0">
      <w:pPr>
        <w:spacing w:after="100" w:line="252" w:lineRule="auto"/>
      </w:pPr>
      <w:r>
        <w:t xml:space="preserve">Implementation of the </w:t>
      </w:r>
      <w:proofErr w:type="spellStart"/>
      <w:r>
        <w:t>TimeClock</w:t>
      </w:r>
      <w:proofErr w:type="spellEnd"/>
      <w:r>
        <w:t xml:space="preserve"> Plus (TCP) time and attendance system continues and remains on schedule for full Town-wide implementation this fall. All scanners have now been installed.</w:t>
      </w:r>
    </w:p>
    <w:p w14:paraId="027111EA" w14:textId="77777777" w:rsidR="00FA3DBC" w:rsidRDefault="00451BCD">
      <w:pPr>
        <w:pStyle w:val="Heading1"/>
      </w:pPr>
      <w:r>
        <w:t>Property Maintenance / Board of Health</w:t>
      </w:r>
    </w:p>
    <w:p w14:paraId="46C8FA66" w14:textId="705037C5" w:rsidR="00FA3DBC" w:rsidRDefault="00077AA0">
      <w:pPr>
        <w:spacing w:after="100" w:line="252" w:lineRule="auto"/>
      </w:pPr>
      <w:r>
        <w:t xml:space="preserve">We have an issue with the trailer park near </w:t>
      </w:r>
      <w:proofErr w:type="spellStart"/>
      <w:r>
        <w:t>Wa</w:t>
      </w:r>
      <w:r w:rsidR="00A803E8">
        <w:t>hconnah</w:t>
      </w:r>
      <w:proofErr w:type="spellEnd"/>
      <w:r w:rsidR="00A803E8">
        <w:t xml:space="preserve"> </w:t>
      </w:r>
      <w:r>
        <w:t>Falls that has been referred to the Board of Health and</w:t>
      </w:r>
    </w:p>
    <w:p w14:paraId="273B0455" w14:textId="77777777" w:rsidR="00FA3DBC" w:rsidRDefault="00451BCD">
      <w:pPr>
        <w:pStyle w:val="Heading1"/>
      </w:pPr>
      <w:r>
        <w:t>Building and Grounds</w:t>
      </w:r>
    </w:p>
    <w:p w14:paraId="1E22033A" w14:textId="77777777" w:rsidR="00FA3DBC" w:rsidRDefault="00451BCD">
      <w:pPr>
        <w:spacing w:after="100" w:line="252" w:lineRule="auto"/>
      </w:pPr>
      <w:r>
        <w:t>The Town is preparing a proposal for energy-efficiency improvements to Town Hall, along with ventilation upgrades throughout the building, with particular emphasis on the Police Department. We intend to seek funding through the Commonwealth’s Green Communities Grant Program.</w:t>
      </w:r>
    </w:p>
    <w:p w14:paraId="19E29373" w14:textId="77777777" w:rsidR="00FA3DBC" w:rsidRDefault="00451BCD">
      <w:pPr>
        <w:spacing w:after="100" w:line="252" w:lineRule="auto"/>
      </w:pPr>
      <w:r>
        <w:t>The project will likely be completed in phases over several years, maximizing grant funding while minimizing the use of local tax dollars. We are still awaiting the final report.</w:t>
      </w:r>
    </w:p>
    <w:p w14:paraId="243F7247" w14:textId="77777777" w:rsidR="00FA3DBC" w:rsidRDefault="00451BCD">
      <w:pPr>
        <w:spacing w:after="100" w:line="252" w:lineRule="auto"/>
      </w:pPr>
      <w:r>
        <w:t>We received the report from Foresight Engineering and Land Surveying regarding the parcel located off West Housatonic Street. I have had an additional conversation with the firm regarding the report.</w:t>
      </w:r>
    </w:p>
    <w:p w14:paraId="310FDCEB" w14:textId="1B47706B" w:rsidR="00FA3DBC" w:rsidRDefault="00451BCD">
      <w:pPr>
        <w:pStyle w:val="Heading1"/>
      </w:pPr>
      <w:r>
        <w:t>Town Accountant</w:t>
      </w:r>
      <w:r w:rsidR="00A803E8">
        <w:t xml:space="preserve">/Finance </w:t>
      </w:r>
    </w:p>
    <w:p w14:paraId="489AF604" w14:textId="77777777" w:rsidR="00FA3DBC" w:rsidRDefault="00451BCD">
      <w:pPr>
        <w:spacing w:after="100" w:line="252" w:lineRule="auto"/>
      </w:pPr>
      <w:r>
        <w:t>Our consulting accountant continues to provide valuable assistance while we recruit for the permanent position.</w:t>
      </w:r>
    </w:p>
    <w:p w14:paraId="635884C4" w14:textId="77777777" w:rsidR="00FA3DBC" w:rsidRDefault="00451BCD">
      <w:pPr>
        <w:spacing w:after="100" w:line="252" w:lineRule="auto"/>
      </w:pPr>
      <w:r>
        <w:t xml:space="preserve">We also have remaining funds associated with the Public Safety Facility design project. A portion of those funds will be used for the Foresight Engineering evaluation of the Crane property. The remaining funds will </w:t>
      </w:r>
      <w:r>
        <w:lastRenderedPageBreak/>
        <w:t>likely be used for architectural renderings and additional planning work as we continue evaluating future public safety facility options.</w:t>
      </w:r>
    </w:p>
    <w:p w14:paraId="55EA4A43" w14:textId="77777777" w:rsidR="00FA3DBC" w:rsidRDefault="00451BCD">
      <w:pPr>
        <w:pStyle w:val="Heading1"/>
      </w:pPr>
      <w:r>
        <w:t>Berkshire Concrete Corporation / Dust Mitigation</w:t>
      </w:r>
    </w:p>
    <w:p w14:paraId="182FDE3C" w14:textId="77777777" w:rsidR="00FA3DBC" w:rsidRDefault="00451BCD">
      <w:pPr>
        <w:spacing w:after="100" w:line="252" w:lineRule="auto"/>
      </w:pPr>
      <w:r>
        <w:t>KP Law has filed the Town’s response to the lawsuit initiated by Berkshire Concrete Corporation.</w:t>
      </w:r>
    </w:p>
    <w:p w14:paraId="7F6D5ADE" w14:textId="77777777" w:rsidR="00FA3DBC" w:rsidRDefault="00451BCD">
      <w:pPr>
        <w:spacing w:after="100" w:line="252" w:lineRule="auto"/>
      </w:pPr>
      <w:r>
        <w:t>The Town has also received a countersuit challenging the fines issued by the Board of Health.</w:t>
      </w:r>
    </w:p>
    <w:p w14:paraId="2143E3E5" w14:textId="77777777" w:rsidR="00FA3DBC" w:rsidRDefault="00451BCD">
      <w:pPr>
        <w:spacing w:after="100" w:line="252" w:lineRule="auto"/>
      </w:pPr>
      <w:r>
        <w:t>Separately, the Zoning Enforcement Officer continues to issue daily fines for ongoing zoning violations where compliance has not been achieved.</w:t>
      </w:r>
    </w:p>
    <w:p w14:paraId="451248FF" w14:textId="1F9AD845" w:rsidR="00EB39D9" w:rsidRDefault="00EB39D9">
      <w:pPr>
        <w:spacing w:after="100" w:line="252" w:lineRule="auto"/>
      </w:pPr>
      <w:r>
        <w:t xml:space="preserve">Working on a list of mediators to consider.  </w:t>
      </w:r>
      <w:r w:rsidR="00A803E8">
        <w:t xml:space="preserve">It is </w:t>
      </w:r>
      <w:r w:rsidR="00C13D33">
        <w:t>n</w:t>
      </w:r>
      <w:r w:rsidR="00A803E8">
        <w:t>arrowed down to two, list has been sent to BCC</w:t>
      </w:r>
      <w:r w:rsidR="00C13D33">
        <w:t xml:space="preserve">.  </w:t>
      </w:r>
    </w:p>
    <w:p w14:paraId="448A9BBD" w14:textId="77777777" w:rsidR="00FA3DBC" w:rsidRDefault="00451BCD">
      <w:pPr>
        <w:pStyle w:val="Heading1"/>
      </w:pPr>
      <w:r>
        <w:t>Capital Planning</w:t>
      </w:r>
    </w:p>
    <w:p w14:paraId="14856972" w14:textId="77777777" w:rsidR="00FA3DBC" w:rsidRDefault="00451BCD">
      <w:pPr>
        <w:spacing w:after="100" w:line="252" w:lineRule="auto"/>
      </w:pPr>
      <w:r>
        <w:t>The Capital Planning Committee continues to make excellent progress toward developing a comprehensive, long-range capital improvement plan. The goal remains to present recommendations and a proposed expenditure plan for the next budget season.</w:t>
      </w:r>
    </w:p>
    <w:p w14:paraId="530654B9" w14:textId="0CA35A16" w:rsidR="00FA3DBC" w:rsidRDefault="00451BCD">
      <w:pPr>
        <w:spacing w:after="100" w:line="252" w:lineRule="auto"/>
      </w:pPr>
      <w:r>
        <w:t>All departments have been asked to submit updated equipment inventories along with their initial capital replacement schedules. To date, submissions have been received from the Department of Public Works and the Police Department.</w:t>
      </w:r>
      <w:r w:rsidR="00A803E8">
        <w:t xml:space="preserve"> The rest are Due this week</w:t>
      </w:r>
    </w:p>
    <w:p w14:paraId="34ED243C" w14:textId="77777777" w:rsidR="00FA3DBC" w:rsidRDefault="00451BCD">
      <w:pPr>
        <w:pStyle w:val="Heading1"/>
      </w:pPr>
      <w:r>
        <w:t>Website and Communications</w:t>
      </w:r>
    </w:p>
    <w:p w14:paraId="0893E246" w14:textId="6B4ADA1D" w:rsidR="00FA3DBC" w:rsidRDefault="00451BCD">
      <w:pPr>
        <w:spacing w:after="100" w:line="252" w:lineRule="auto"/>
      </w:pPr>
      <w:r>
        <w:t>Town Web continues work on improvements to the Town’s website. The Website Committee remains actively involved in assisting with content development and organization.</w:t>
      </w:r>
      <w:r w:rsidR="00A803E8">
        <w:t xml:space="preserve"> We are still looking at a go live date in November</w:t>
      </w:r>
    </w:p>
    <w:p w14:paraId="29CD2B61" w14:textId="77777777" w:rsidR="00A803E8" w:rsidRDefault="00A803E8">
      <w:pPr>
        <w:spacing w:after="100" w:line="252" w:lineRule="auto"/>
      </w:pPr>
    </w:p>
    <w:p w14:paraId="5FD06162" w14:textId="388BB6BC" w:rsidR="00A803E8" w:rsidRDefault="00A803E8">
      <w:pPr>
        <w:spacing w:after="100" w:line="252" w:lineRule="auto"/>
      </w:pPr>
      <w:r>
        <w:t>Additionally the town will launch its social media account On Oct 1</w:t>
      </w:r>
    </w:p>
    <w:p w14:paraId="2C5C4E0E" w14:textId="77777777" w:rsidR="00FA3DBC" w:rsidRDefault="00451BCD">
      <w:pPr>
        <w:pStyle w:val="Heading1"/>
      </w:pPr>
      <w:r>
        <w:t>Washington Mountain Road</w:t>
      </w:r>
    </w:p>
    <w:p w14:paraId="6C2B3285" w14:textId="05E8CA51" w:rsidR="00FA3DBC" w:rsidRDefault="00A803E8">
      <w:pPr>
        <w:spacing w:after="100" w:line="252" w:lineRule="auto"/>
      </w:pPr>
      <w:r w:rsidRPr="00A803E8">
        <w:t xml:space="preserve">There was a significant motor vehicle incident on Washington mountain Rd. </w:t>
      </w:r>
      <w:r>
        <w:t>right</w:t>
      </w:r>
      <w:r w:rsidRPr="00A803E8">
        <w:t xml:space="preserve"> on the Washington</w:t>
      </w:r>
      <w:r>
        <w:t>/</w:t>
      </w:r>
      <w:r w:rsidRPr="00A803E8">
        <w:t xml:space="preserve"> Dalton line</w:t>
      </w:r>
      <w:r>
        <w:t xml:space="preserve">.  </w:t>
      </w:r>
      <w:r w:rsidRPr="00A803E8">
        <w:t>A total of eight individuals were transported to the hospital as a result fortunately no serious injuries or fatalities occurred even though it was a multiple rollover event.</w:t>
      </w:r>
    </w:p>
    <w:p w14:paraId="7CF46F54" w14:textId="65FD5A5A" w:rsidR="00FA3DBC" w:rsidRDefault="00A803E8">
      <w:pPr>
        <w:pStyle w:val="Heading1"/>
      </w:pPr>
      <w:r>
        <w:t>Public Works</w:t>
      </w:r>
    </w:p>
    <w:p w14:paraId="485FF45C" w14:textId="77777777" w:rsidR="00FA3DBC" w:rsidRDefault="00451BCD">
      <w:pPr>
        <w:spacing w:after="100" w:line="252" w:lineRule="auto"/>
      </w:pPr>
      <w:r>
        <w:t>Budd’s crew has been hard at work repainting stop bars and crosswalks throughout the Town of Dalton. It is nice to see this annual refresh completed.</w:t>
      </w:r>
    </w:p>
    <w:p w14:paraId="26F30678" w14:textId="01498296" w:rsidR="00A803E8" w:rsidRDefault="00A803E8">
      <w:pPr>
        <w:spacing w:after="100" w:line="252" w:lineRule="auto"/>
      </w:pPr>
      <w:r w:rsidRPr="00A803E8">
        <w:t>We are anticipating doing some reclaiming and repaving within the next month in the center part of town more information on that later.</w:t>
      </w:r>
    </w:p>
    <w:p w14:paraId="242E373A" w14:textId="77777777" w:rsidR="00FA3DBC" w:rsidRDefault="00FA3DBC"/>
    <w:p w14:paraId="1C0982B1" w14:textId="77777777" w:rsidR="00FA3DBC" w:rsidRDefault="00451BCD">
      <w:r>
        <w:rPr>
          <w:i/>
        </w:rPr>
        <w:t>Respectfully submitted,</w:t>
      </w:r>
    </w:p>
    <w:p w14:paraId="33E772E1" w14:textId="77777777" w:rsidR="00FA3DBC" w:rsidRDefault="00451BCD">
      <w:pPr>
        <w:spacing w:after="0"/>
      </w:pPr>
      <w:r>
        <w:t>Eric Anderson</w:t>
      </w:r>
    </w:p>
    <w:p w14:paraId="512EEC84" w14:textId="77777777" w:rsidR="00FA3DBC" w:rsidRDefault="00451BCD">
      <w:r>
        <w:t>Town Manager</w:t>
      </w:r>
    </w:p>
    <w:sectPr w:rsidR="00FA3DB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6685483">
    <w:abstractNumId w:val="8"/>
  </w:num>
  <w:num w:numId="2" w16cid:durableId="1666785282">
    <w:abstractNumId w:val="6"/>
  </w:num>
  <w:num w:numId="3" w16cid:durableId="615067590">
    <w:abstractNumId w:val="5"/>
  </w:num>
  <w:num w:numId="4" w16cid:durableId="700739622">
    <w:abstractNumId w:val="4"/>
  </w:num>
  <w:num w:numId="5" w16cid:durableId="503203063">
    <w:abstractNumId w:val="7"/>
  </w:num>
  <w:num w:numId="6" w16cid:durableId="1919974602">
    <w:abstractNumId w:val="3"/>
  </w:num>
  <w:num w:numId="7" w16cid:durableId="1213494796">
    <w:abstractNumId w:val="2"/>
  </w:num>
  <w:num w:numId="8" w16cid:durableId="1017653332">
    <w:abstractNumId w:val="1"/>
  </w:num>
  <w:num w:numId="9" w16cid:durableId="75372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AA0"/>
    <w:rsid w:val="0015074B"/>
    <w:rsid w:val="0029639D"/>
    <w:rsid w:val="00326F90"/>
    <w:rsid w:val="00451BCD"/>
    <w:rsid w:val="005E0EC8"/>
    <w:rsid w:val="005E4C4D"/>
    <w:rsid w:val="008B691C"/>
    <w:rsid w:val="00A803E8"/>
    <w:rsid w:val="00AA1D8D"/>
    <w:rsid w:val="00B47730"/>
    <w:rsid w:val="00C13D33"/>
    <w:rsid w:val="00CB0664"/>
    <w:rsid w:val="00EB39D9"/>
    <w:rsid w:val="00FA3D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F255C"/>
  <w14:defaultImageDpi w14:val="300"/>
  <w15:docId w15:val="{F55F83AE-A1BF-4C16-9AA3-9D1B184D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821</Words>
  <Characters>3765</Characters>
  <Application>Microsoft Office Word</Application>
  <DocSecurity>0</DocSecurity>
  <Lines>68</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 Anderson</cp:lastModifiedBy>
  <cp:revision>3</cp:revision>
  <cp:lastPrinted>2026-08-17T15:00:00Z</cp:lastPrinted>
  <dcterms:created xsi:type="dcterms:W3CDTF">2026-09-14T18:15:00Z</dcterms:created>
  <dcterms:modified xsi:type="dcterms:W3CDTF">2026-09-14T18:16:00Z</dcterms:modified>
  <cp:category/>
</cp:coreProperties>
</file>